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https://dachwerkmuenchen.pages.dev/blog/oct26-r11-clo-02/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pages.dev/blog/oct26-r11-clo-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